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למיין דוגמאות לכל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קבוצה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דוגמה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(הגנה (פרטיות))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(הגנה (זהות))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הגנה עוסקת בשמירה מפני פגיעה, לא במשחקים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השתתפות קשורה להבעת דעה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שייך למשפחת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זכות הגנה 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דוגמה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דוגמה סבירה הקשורה ללמידה, יצירה או משחק לימודי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הקשורה לשמירה על הילד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אוכל, מים או בדיקת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לילד להרגיש שמקשיבים לו ושדעתו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הפעילות את ארבעת הסמלים (🌱🛡️📚🗣️) ולתרגל זיהוי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זכויות, והן מתחלקות לארבע משפחות: הישרדות ובריאות, הגנה, התפתחות והשתתפות. בדף הזה נתרגל למיין דוגמאות לכל 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הרופא בודק את יונתן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מציירים ושרים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אומרים את הדעה שלנו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אף אחד לא מרביץ לי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שותים מים נקיים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ילדים לא עובדים עבודה קשה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דוגמה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היומן שלי – רק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לומדים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 (פרטיות)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יחד משחק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 (זהות)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לכל תינוק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משחקים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מכבדים כל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'הישרדות ובריאות' כוללת דברים כמו אוכל ומים נקיים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'הגנה' עוסקת רק במשחקים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 שייך למשפחת ההשתתפות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לקרוא שייך למשפחת ההגנה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זכאי לשם ולזהות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הרופא בודק את יונתן שייך למשפחת __________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אף אחד לא מרביץ לי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מציירים ושרים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בוחרים יחד משחק לכיתה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היומן שלי - רק שלי שייך לזכות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שתיית מים נקיים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קבלת צעצוע חדש היא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דוגמה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משלכם למשפחת ההתפתחות (לא מהדף)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משלכם למשפחת ההגנה (לא מהדף)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משפחות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למשפחת ההישרדות ובריאות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תהיה זכות להביע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