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משפחות הזכויות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למיין דוגמאות לכל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קבוצה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דוגמה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(הגנה (פרטיות))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(הגנה (זהות))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(השתתפות)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הגנה עוסקת בשמירה מפני פגיעה, לא במשחקים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השתתפות קשורה להבעת דעה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שייך למשפחת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זכות הגנה 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דוגמה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דוגמה סבירה הקשורה ללמידה, יצירה או משחק לימודי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דוגמה סבירה הקשורה לשמירה על הילד מפני פגיעה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אוכל, מים או בדיקת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לילד להרגיש שמקשיבים לו ושדעתו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לפני הפעילות את ארבעת הסמלים (🌱🛡️📚🗣️) ולתרגל זיהוי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ציורים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לילדים יש זכויות. הזכויות מתחלקות לארבע קבוצות. בדף הזה נלמד למיין דוגמאות לכל 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 שֶׁל זְכֻיּוֹת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זכויות דומות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הִשְׂרְדוּת וּבְרִיאוּת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לאכול, לשתות, לישון, להיות 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הֲגָנָה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הילד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הִתְפַּתְּחוּת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ללמוד, לשחק וליצור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הִשְׁתַּתְּפוּת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 ולבחור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דֵּעָה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פְּרָטִיּוּת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שהם רק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רופא בודק ילד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ציור ושירה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להגיד מה אני חושב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 מכים אותי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שתיית מים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ילד לא עובד קשה - 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דוגמה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היומן שלי – רק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לומדים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 (פרטיות)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בוחרים יחד משחק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לכל תינוק יש 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משחקים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מכבדים כל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הגנה (זהות)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'הישרדות ובריאות' כוללת דברים כמו אוכל ומים נקיים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'הגנה' עוסקת רק במשחקים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להביע דעה שייך למשפחת ההשתתפות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לקרוא שייך למשפחת ההגנה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זכאי לשם ולזהות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הרופא בודק את יונתן שייך למשפחת __________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אף אחד לא מרביץ לי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מציירים ושרים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בוחרים יחד משחק לכיתה שייך למשפחת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היומן שלי - רק שלי שייך לזכות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מים נקיים -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צעצוע חדש - צורך או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 השתתפות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דוגמה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משלכם למשפחת ההתפתחות (לא מהדף)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משלכם למשפחת ההגנה (לא מהדף)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משפחות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למשפחת ההישרדות ובריאות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ילד תהיה זכות להביע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