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ארבע משפחות הזכויות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 משפחות הזכויות של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למיין דוגמאות לכל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שלכל זכות יש קבוצה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לאיזו משפחה שייך?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הישרדות ובריאות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התפתחות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הגנה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בין דוגמה למשפחה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(הגנה (פרטיות))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(התפתחות)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(השתתפות)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(הגנה (זהות))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צרכים בסיסיים לחיים ולבריאות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הגנה עוסקת בשמירה מפני פגיעה, לא במשחקים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השתתפות קשורה להבעת דעה ובחירה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הישרדות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צורך או רצון?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צורך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דוגמה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דוגמה סבירה הקשורה ללמידה, יצירה או משחק לימודי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הישרדות ובריאות, הגנה, התפתחות, השתתפות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אוכל, מים או בדיקת רופא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זה עוזר לילד להרגיש שמקשיבים לו ושדעתו חשובה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לפני הפעילות את ארבעת הסמלים (🌱🛡️📚🗣️) ולתרגל זיהוי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על חלק ההתאמה לפני המילוי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שיתוף ציורים מול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ארבע משפחות הזכויות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לכל ילד וילדה יש זכויות, והן מתחלקות לארבע משפחות: הישרדות ובריאות, הגנה, התפתחות והשתתפות. בדף הזה נתרגל למיין דוגמאות לכל משפחה.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הישרדות  ·  הגנה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לאיזו משפחה שייך?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הרופא בודק את יונתן - לאיזו משפחה שייך?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מציירים ושרים - לאיזו משפחה שייך?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אף אחד לא מרביץ לי - לאיזו משפחה שייך?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התפתחות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התאמה בין דוגמה למשפחה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היומן שלי – רק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השתתפות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לומדים לקרוא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הגנה (זהות)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בוחרים יחד משחק לכיתה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הגנה (פרטיות)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לכל תינוק יש 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התפתחות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המשפחה 'הישרדות ובריאות' כוללת דברים כמו אוכל ומים נקיים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המשפחה 'הגנה' עוסקת רק במשחקים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להביע דעה שייך למשפחת ההשתתפות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הרופא בודק את יונתן שייך למשפחת __________ ובריאות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אף אחד לא מרביץ לי שייך למשפחת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צורך או רצון?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שתיית מים נקיים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כתבו דוגמה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דוגמה אחת משלכם למשפחת ההתפתחות (לא מהדף)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מהן ארבע משפחות הזכויות?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למשפחת ההישרדות ובריאות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ארבע משפחות הזכויות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